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8FD44" w14:textId="20D6E205" w:rsidR="006174A0" w:rsidRDefault="00EA368B">
      <w:pPr>
        <w:pStyle w:val="Heading1"/>
        <w:rPr>
          <w:rFonts w:ascii="Arial" w:hAnsi="Arial" w:cs="Arial"/>
        </w:rPr>
      </w:pPr>
      <w:r w:rsidRPr="00EA368B">
        <w:rPr>
          <w:rFonts w:ascii="Arial" w:hAnsi="Arial" w:cs="Arial"/>
        </w:rPr>
        <w:t>Robins</w:t>
      </w:r>
      <w:r w:rsidRPr="00EA368B">
        <w:rPr>
          <w:rFonts w:ascii="Arial" w:hAnsi="Arial" w:cs="Arial"/>
        </w:rPr>
        <w:t xml:space="preserve"> Remote Learning – Hot weather</w:t>
      </w:r>
    </w:p>
    <w:p w14:paraId="6EA99635" w14:textId="7AF45886" w:rsidR="00EA368B" w:rsidRDefault="00EA368B" w:rsidP="00EA368B"/>
    <w:p w14:paraId="3178E382" w14:textId="461BFDBA" w:rsidR="006174A0" w:rsidRPr="00EA368B" w:rsidRDefault="00EA368B">
      <w:pPr>
        <w:rPr>
          <w:rFonts w:ascii="Arial" w:hAnsi="Arial" w:cs="Arial"/>
        </w:rPr>
      </w:pPr>
      <w:r w:rsidRPr="00EA368B">
        <w:rPr>
          <w:rFonts w:ascii="Arial" w:hAnsi="Arial" w:cs="Arial"/>
        </w:rPr>
        <w:t>Please choose a variety of activities to do over the two afternoons. Please post pictures of completed work on ClassDojo.</w:t>
      </w:r>
    </w:p>
    <w:p w14:paraId="05BCC8D9" w14:textId="77777777" w:rsidR="006174A0" w:rsidRPr="00EA368B" w:rsidRDefault="00EA368B">
      <w:pPr>
        <w:pStyle w:val="Heading2"/>
        <w:rPr>
          <w:rFonts w:ascii="Arial" w:hAnsi="Arial" w:cs="Arial"/>
        </w:rPr>
      </w:pPr>
      <w:r w:rsidRPr="00EA368B">
        <w:rPr>
          <w:rFonts w:ascii="Arial" w:hAnsi="Arial" w:cs="Arial"/>
        </w:rPr>
        <w:t>Art – Paper Sculpture</w:t>
      </w:r>
    </w:p>
    <w:p w14:paraId="3671DF69" w14:textId="77777777" w:rsidR="006174A0" w:rsidRPr="00EA368B" w:rsidRDefault="00EA368B">
      <w:pPr>
        <w:rPr>
          <w:rFonts w:ascii="Arial" w:hAnsi="Arial" w:cs="Arial"/>
        </w:rPr>
      </w:pPr>
      <w:r w:rsidRPr="00EA368B">
        <w:rPr>
          <w:rFonts w:ascii="Arial" w:hAnsi="Arial" w:cs="Arial"/>
        </w:rPr>
        <w:t xml:space="preserve">Using paper, card, scissors and glue or tape, create a paper sculpture. Ideas include: a spiral sculpture, loop sculpture, paper flower, paper chain creature, cone family or an accordion-fold sculpture. Challenge: Can your </w:t>
      </w:r>
      <w:r w:rsidRPr="00EA368B">
        <w:rPr>
          <w:rFonts w:ascii="Arial" w:hAnsi="Arial" w:cs="Arial"/>
        </w:rPr>
        <w:t>sculpture stand on its own? Can you use at least three different shapes? Decorate it with colours or patterns.</w:t>
      </w:r>
    </w:p>
    <w:p w14:paraId="499489EC" w14:textId="77777777" w:rsidR="006174A0" w:rsidRPr="00EA368B" w:rsidRDefault="00EA368B">
      <w:pPr>
        <w:pStyle w:val="Heading2"/>
        <w:rPr>
          <w:rFonts w:ascii="Arial" w:hAnsi="Arial" w:cs="Arial"/>
        </w:rPr>
      </w:pPr>
      <w:r w:rsidRPr="00EA368B">
        <w:rPr>
          <w:rFonts w:ascii="Arial" w:hAnsi="Arial" w:cs="Arial"/>
        </w:rPr>
        <w:t>Reading</w:t>
      </w:r>
    </w:p>
    <w:p w14:paraId="627C0736" w14:textId="77777777" w:rsidR="006174A0" w:rsidRPr="00EA368B" w:rsidRDefault="00EA368B">
      <w:pPr>
        <w:rPr>
          <w:rFonts w:ascii="Arial" w:hAnsi="Arial" w:cs="Arial"/>
        </w:rPr>
      </w:pPr>
      <w:r w:rsidRPr="00EA368B">
        <w:rPr>
          <w:rFonts w:ascii="Arial" w:hAnsi="Arial" w:cs="Arial"/>
        </w:rPr>
        <w:t>Read for 15 minutes. Afterwards, draw your favourite character, write three things you found out, write a different ending, or tell an ad</w:t>
      </w:r>
      <w:r w:rsidRPr="00EA368B">
        <w:rPr>
          <w:rFonts w:ascii="Arial" w:hAnsi="Arial" w:cs="Arial"/>
        </w:rPr>
        <w:t>ult about the story.</w:t>
      </w:r>
    </w:p>
    <w:p w14:paraId="4B2D92B6" w14:textId="77777777" w:rsidR="006174A0" w:rsidRPr="00EA368B" w:rsidRDefault="00EA368B">
      <w:pPr>
        <w:pStyle w:val="Heading2"/>
        <w:rPr>
          <w:rFonts w:ascii="Arial" w:hAnsi="Arial" w:cs="Arial"/>
        </w:rPr>
      </w:pPr>
      <w:r w:rsidRPr="00EA368B">
        <w:rPr>
          <w:rFonts w:ascii="Arial" w:hAnsi="Arial" w:cs="Arial"/>
        </w:rPr>
        <w:t>English</w:t>
      </w:r>
    </w:p>
    <w:p w14:paraId="2E621FC4" w14:textId="77777777" w:rsidR="006174A0" w:rsidRPr="00EA368B" w:rsidRDefault="00EA368B">
      <w:pPr>
        <w:rPr>
          <w:rFonts w:ascii="Arial" w:hAnsi="Arial" w:cs="Arial"/>
        </w:rPr>
      </w:pPr>
      <w:r w:rsidRPr="00EA368B">
        <w:rPr>
          <w:rFonts w:ascii="Arial" w:hAnsi="Arial" w:cs="Arial"/>
        </w:rPr>
        <w:t>Write 4–6 sentences about 'My Perfect Hot Day'. Include where you would go, who you would be with, what you would eat, what you would do and how you would feel. Challenge: use 'and', 'because' or 'but'.</w:t>
      </w:r>
    </w:p>
    <w:p w14:paraId="05697F45" w14:textId="77777777" w:rsidR="006174A0" w:rsidRPr="00EA368B" w:rsidRDefault="00EA368B">
      <w:pPr>
        <w:pStyle w:val="Heading2"/>
        <w:rPr>
          <w:rFonts w:ascii="Arial" w:hAnsi="Arial" w:cs="Arial"/>
        </w:rPr>
      </w:pPr>
      <w:r w:rsidRPr="00EA368B">
        <w:rPr>
          <w:rFonts w:ascii="Arial" w:hAnsi="Arial" w:cs="Arial"/>
        </w:rPr>
        <w:t>Maths</w:t>
      </w:r>
    </w:p>
    <w:p w14:paraId="3B441E1C" w14:textId="77777777" w:rsidR="006174A0" w:rsidRPr="00EA368B" w:rsidRDefault="00EA368B">
      <w:pPr>
        <w:rPr>
          <w:rFonts w:ascii="Arial" w:hAnsi="Arial" w:cs="Arial"/>
        </w:rPr>
      </w:pPr>
      <w:r w:rsidRPr="00EA368B">
        <w:rPr>
          <w:rFonts w:ascii="Arial" w:hAnsi="Arial" w:cs="Arial"/>
        </w:rPr>
        <w:t xml:space="preserve">Choose one: count </w:t>
      </w:r>
      <w:r w:rsidRPr="00EA368B">
        <w:rPr>
          <w:rFonts w:ascii="Arial" w:hAnsi="Arial" w:cs="Arial"/>
        </w:rPr>
        <w:t>forwards and backwards to 100; practise number bonds to 10 or 20; find 10 objects at home and sort them by colour, size or shape; or draw and continue repeating patterns.</w:t>
      </w:r>
    </w:p>
    <w:p w14:paraId="3F43D9CF" w14:textId="77777777" w:rsidR="006174A0" w:rsidRPr="00EA368B" w:rsidRDefault="00EA368B">
      <w:pPr>
        <w:pStyle w:val="Heading2"/>
        <w:rPr>
          <w:rFonts w:ascii="Arial" w:hAnsi="Arial" w:cs="Arial"/>
        </w:rPr>
      </w:pPr>
      <w:r w:rsidRPr="00EA368B">
        <w:rPr>
          <w:rFonts w:ascii="Arial" w:hAnsi="Arial" w:cs="Arial"/>
        </w:rPr>
        <w:t>Science</w:t>
      </w:r>
    </w:p>
    <w:p w14:paraId="2907B889" w14:textId="77777777" w:rsidR="006174A0" w:rsidRPr="00EA368B" w:rsidRDefault="00EA368B">
      <w:pPr>
        <w:rPr>
          <w:rFonts w:ascii="Arial" w:hAnsi="Arial" w:cs="Arial"/>
        </w:rPr>
      </w:pPr>
      <w:r w:rsidRPr="00EA368B">
        <w:rPr>
          <w:rFonts w:ascii="Arial" w:hAnsi="Arial" w:cs="Arial"/>
        </w:rPr>
        <w:t>If possible, investigate how an ice cube melts in the sun and in the shade. P</w:t>
      </w:r>
      <w:r w:rsidRPr="00EA368B">
        <w:rPr>
          <w:rFonts w:ascii="Arial" w:hAnsi="Arial" w:cs="Arial"/>
        </w:rPr>
        <w:t>redict which will melt first and draw what happens. Alternatively, look out of a window or go outside safely and draw signs of summer.</w:t>
      </w:r>
    </w:p>
    <w:p w14:paraId="283F2D8C" w14:textId="77777777" w:rsidR="006174A0" w:rsidRPr="00EA368B" w:rsidRDefault="00EA368B">
      <w:pPr>
        <w:pStyle w:val="Heading2"/>
        <w:rPr>
          <w:rFonts w:ascii="Arial" w:hAnsi="Arial" w:cs="Arial"/>
        </w:rPr>
      </w:pPr>
      <w:r w:rsidRPr="00EA368B">
        <w:rPr>
          <w:rFonts w:ascii="Arial" w:hAnsi="Arial" w:cs="Arial"/>
        </w:rPr>
        <w:t>Mindfulness</w:t>
      </w:r>
    </w:p>
    <w:p w14:paraId="1AC31C2B" w14:textId="77777777" w:rsidR="006174A0" w:rsidRPr="00EA368B" w:rsidRDefault="00EA368B">
      <w:pPr>
        <w:rPr>
          <w:rFonts w:ascii="Arial" w:hAnsi="Arial" w:cs="Arial"/>
        </w:rPr>
      </w:pPr>
      <w:r w:rsidRPr="00EA368B">
        <w:rPr>
          <w:rFonts w:ascii="Arial" w:hAnsi="Arial" w:cs="Arial"/>
        </w:rPr>
        <w:t>Finish the afternoon with a calm activity such as colouring, drawing your dream holiday, listening to relaxin</w:t>
      </w:r>
      <w:r w:rsidRPr="00EA368B">
        <w:rPr>
          <w:rFonts w:ascii="Arial" w:hAnsi="Arial" w:cs="Arial"/>
        </w:rPr>
        <w:t>g music while drawing, or quietly listening for five different sounds.</w:t>
      </w:r>
    </w:p>
    <w:p w14:paraId="4A1C5BF6" w14:textId="15C60242" w:rsidR="006174A0" w:rsidRDefault="00EA368B">
      <w:r w:rsidRPr="00EA368B">
        <w:rPr>
          <w:rFonts w:ascii="Arial" w:hAnsi="Arial" w:cs="Arial"/>
        </w:rPr>
        <w:br/>
        <w:t>Please remember to stay cool, drink plenty of water and take regular breaks.</w:t>
      </w:r>
      <w:r>
        <w:br/>
      </w:r>
      <w:r>
        <w:br/>
      </w:r>
    </w:p>
    <w:sectPr w:rsidR="006174A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174A0"/>
    <w:rsid w:val="00AA1D8D"/>
    <w:rsid w:val="00B47730"/>
    <w:rsid w:val="00CB0664"/>
    <w:rsid w:val="00EA368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78A8A6"/>
  <w14:defaultImageDpi w14:val="300"/>
  <w15:docId w15:val="{B5E89E57-1D9E-4AAC-A9E3-8E03CC8C5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235</Words>
  <Characters>1345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Miss E Baldwin</cp:lastModifiedBy>
  <cp:revision>2</cp:revision>
  <dcterms:created xsi:type="dcterms:W3CDTF">2026-06-24T09:24:00Z</dcterms:created>
  <dcterms:modified xsi:type="dcterms:W3CDTF">2026-06-24T09:24:00Z</dcterms:modified>
  <cp:category/>
</cp:coreProperties>
</file>