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D2897" w14:textId="63CA1B76" w:rsidR="00581468" w:rsidRPr="00B21E58" w:rsidRDefault="00B21E58">
      <w:pPr>
        <w:pStyle w:val="Heading1"/>
        <w:rPr>
          <w:rFonts w:ascii="Arial" w:hAnsi="Arial" w:cs="Arial"/>
        </w:rPr>
      </w:pPr>
      <w:r w:rsidRPr="00B21E58">
        <w:rPr>
          <w:rFonts w:ascii="Arial" w:hAnsi="Arial" w:cs="Arial"/>
        </w:rPr>
        <w:t>Year 1 Remote Learning – Friday</w:t>
      </w:r>
    </w:p>
    <w:p w14:paraId="71C4E989" w14:textId="77777777" w:rsidR="00581468" w:rsidRPr="00B21E58" w:rsidRDefault="00B21E58">
      <w:pPr>
        <w:pStyle w:val="Heading2"/>
        <w:rPr>
          <w:rFonts w:ascii="Arial" w:hAnsi="Arial" w:cs="Arial"/>
        </w:rPr>
      </w:pPr>
      <w:r w:rsidRPr="00B21E58">
        <w:rPr>
          <w:rFonts w:ascii="Arial" w:hAnsi="Arial" w:cs="Arial"/>
        </w:rPr>
        <w:t>English – Retell Your Favourite Story</w:t>
      </w:r>
    </w:p>
    <w:p w14:paraId="2A40112D" w14:textId="11D83274" w:rsidR="00581468" w:rsidRPr="00B21E58" w:rsidRDefault="00B21E58">
      <w:pPr>
        <w:rPr>
          <w:rFonts w:ascii="Arial" w:hAnsi="Arial" w:cs="Arial"/>
        </w:rPr>
      </w:pPr>
      <w:r w:rsidRPr="00B21E58">
        <w:rPr>
          <w:rFonts w:ascii="Arial" w:hAnsi="Arial" w:cs="Arial"/>
        </w:rPr>
        <w:t xml:space="preserve">Choose your favourite story. Read it together. </w:t>
      </w:r>
      <w:r w:rsidRPr="00B21E58">
        <w:rPr>
          <w:rFonts w:ascii="Arial" w:hAnsi="Arial" w:cs="Arial"/>
        </w:rPr>
        <w:t>Retell the story by drawing a picture for the beginning, middle and end and writing a sentence for each part. Challenge: Use the words First, Next, Then and Finally.</w:t>
      </w:r>
    </w:p>
    <w:p w14:paraId="76DFAE1B" w14:textId="77777777" w:rsidR="00581468" w:rsidRPr="00B21E58" w:rsidRDefault="00B21E58">
      <w:pPr>
        <w:pStyle w:val="Heading2"/>
        <w:rPr>
          <w:rFonts w:ascii="Arial" w:hAnsi="Arial" w:cs="Arial"/>
        </w:rPr>
      </w:pPr>
      <w:r w:rsidRPr="00B21E58">
        <w:rPr>
          <w:rFonts w:ascii="Arial" w:hAnsi="Arial" w:cs="Arial"/>
        </w:rPr>
        <w:t>Maths – Exploring Money</w:t>
      </w:r>
    </w:p>
    <w:p w14:paraId="591BAA9B" w14:textId="77ABBB12" w:rsidR="00B21E58" w:rsidRPr="00B21E58" w:rsidRDefault="00B21E58">
      <w:pPr>
        <w:rPr>
          <w:rFonts w:ascii="Arial" w:hAnsi="Arial" w:cs="Arial"/>
        </w:rPr>
      </w:pPr>
      <w:r w:rsidRPr="00B21E58">
        <w:rPr>
          <w:rFonts w:ascii="Arial" w:hAnsi="Arial" w:cs="Arial"/>
        </w:rPr>
        <w:t>We will start learning about money next week. Please use this opportunity to introduce and explore money.</w:t>
      </w:r>
    </w:p>
    <w:p w14:paraId="7E273BF0" w14:textId="2E143AAC" w:rsidR="00581468" w:rsidRPr="00B21E58" w:rsidRDefault="00B21E58">
      <w:pPr>
        <w:rPr>
          <w:rFonts w:ascii="Arial" w:hAnsi="Arial" w:cs="Arial"/>
        </w:rPr>
      </w:pPr>
      <w:r w:rsidRPr="00B21E58">
        <w:rPr>
          <w:rFonts w:ascii="Arial" w:hAnsi="Arial" w:cs="Arial"/>
        </w:rPr>
        <w:t>Use real coins if possible.</w:t>
      </w:r>
      <w:r w:rsidRPr="00B21E58">
        <w:rPr>
          <w:rFonts w:ascii="Arial" w:hAnsi="Arial" w:cs="Arial"/>
        </w:rPr>
        <w:br/>
        <w:t>• Name the coins.</w:t>
      </w:r>
      <w:r w:rsidRPr="00B21E58">
        <w:rPr>
          <w:rFonts w:ascii="Arial" w:hAnsi="Arial" w:cs="Arial"/>
        </w:rPr>
        <w:br/>
        <w:t>• Sort t</w:t>
      </w:r>
      <w:r w:rsidRPr="00B21E58">
        <w:rPr>
          <w:rFonts w:ascii="Arial" w:hAnsi="Arial" w:cs="Arial"/>
        </w:rPr>
        <w:t>hem by size or value.</w:t>
      </w:r>
      <w:r w:rsidRPr="00B21E58">
        <w:rPr>
          <w:rFonts w:ascii="Arial" w:hAnsi="Arial" w:cs="Arial"/>
        </w:rPr>
        <w:br/>
        <w:t>• Put them in order.</w:t>
      </w:r>
      <w:r w:rsidRPr="00B21E58">
        <w:rPr>
          <w:rFonts w:ascii="Arial" w:hAnsi="Arial" w:cs="Arial"/>
        </w:rPr>
        <w:br/>
        <w:t>• Find different ways to make 10p and 20p.</w:t>
      </w:r>
      <w:r w:rsidRPr="00B21E58">
        <w:rPr>
          <w:rFonts w:ascii="Arial" w:hAnsi="Arial" w:cs="Arial"/>
        </w:rPr>
        <w:br/>
        <w:t>• Set up a pretend shop and buy items using the correct coins.</w:t>
      </w:r>
    </w:p>
    <w:p w14:paraId="42336963" w14:textId="77777777" w:rsidR="00581468" w:rsidRPr="00B21E58" w:rsidRDefault="00B21E58">
      <w:pPr>
        <w:pStyle w:val="Heading2"/>
        <w:rPr>
          <w:rFonts w:ascii="Arial" w:hAnsi="Arial" w:cs="Arial"/>
        </w:rPr>
      </w:pPr>
      <w:r w:rsidRPr="00B21E58">
        <w:rPr>
          <w:rFonts w:ascii="Arial" w:hAnsi="Arial" w:cs="Arial"/>
        </w:rPr>
        <w:t>Summer Activities</w:t>
      </w:r>
    </w:p>
    <w:p w14:paraId="495ED6E7" w14:textId="77777777" w:rsidR="00581468" w:rsidRPr="00B21E58" w:rsidRDefault="00B21E58">
      <w:pPr>
        <w:pStyle w:val="ListBullet"/>
        <w:rPr>
          <w:rFonts w:ascii="Arial" w:hAnsi="Arial" w:cs="Arial"/>
        </w:rPr>
      </w:pPr>
      <w:r w:rsidRPr="00B21E58">
        <w:rPr>
          <w:rFonts w:ascii="Arial" w:hAnsi="Arial" w:cs="Arial"/>
        </w:rPr>
        <w:t>Create a summer picture using colouring, painting or collage.</w:t>
      </w:r>
    </w:p>
    <w:p w14:paraId="566730E3" w14:textId="77777777" w:rsidR="00581468" w:rsidRPr="00B21E58" w:rsidRDefault="00B21E58">
      <w:pPr>
        <w:pStyle w:val="ListBullet"/>
        <w:rPr>
          <w:rFonts w:ascii="Arial" w:hAnsi="Arial" w:cs="Arial"/>
        </w:rPr>
      </w:pPr>
      <w:r w:rsidRPr="00B21E58">
        <w:rPr>
          <w:rFonts w:ascii="Arial" w:hAnsi="Arial" w:cs="Arial"/>
        </w:rPr>
        <w:t>Make and decorate a paper f</w:t>
      </w:r>
      <w:r w:rsidRPr="00B21E58">
        <w:rPr>
          <w:rFonts w:ascii="Arial" w:hAnsi="Arial" w:cs="Arial"/>
        </w:rPr>
        <w:t>an.</w:t>
      </w:r>
    </w:p>
    <w:p w14:paraId="4FCB4D8E" w14:textId="77777777" w:rsidR="00581468" w:rsidRPr="00B21E58" w:rsidRDefault="00B21E58">
      <w:pPr>
        <w:pStyle w:val="ListBullet"/>
        <w:rPr>
          <w:rFonts w:ascii="Arial" w:hAnsi="Arial" w:cs="Arial"/>
        </w:rPr>
      </w:pPr>
      <w:r w:rsidRPr="00B21E58">
        <w:rPr>
          <w:rFonts w:ascii="Arial" w:hAnsi="Arial" w:cs="Arial"/>
        </w:rPr>
        <w:t>Go on a summer nature hunt and spot five signs of summer.</w:t>
      </w:r>
    </w:p>
    <w:p w14:paraId="456B194D" w14:textId="77777777" w:rsidR="00581468" w:rsidRPr="00B21E58" w:rsidRDefault="00B21E58">
      <w:pPr>
        <w:pStyle w:val="ListBullet"/>
        <w:rPr>
          <w:rFonts w:ascii="Arial" w:hAnsi="Arial" w:cs="Arial"/>
        </w:rPr>
      </w:pPr>
      <w:r w:rsidRPr="00B21E58">
        <w:rPr>
          <w:rFonts w:ascii="Arial" w:hAnsi="Arial" w:cs="Arial"/>
        </w:rPr>
        <w:t>Build a cosy reading den and enjoy a favourite book.</w:t>
      </w:r>
    </w:p>
    <w:p w14:paraId="38B67B36" w14:textId="77777777" w:rsidR="00581468" w:rsidRPr="00B21E58" w:rsidRDefault="00B21E58">
      <w:pPr>
        <w:pStyle w:val="ListBullet"/>
        <w:rPr>
          <w:rFonts w:ascii="Arial" w:hAnsi="Arial" w:cs="Arial"/>
        </w:rPr>
      </w:pPr>
      <w:r w:rsidRPr="00B21E58">
        <w:rPr>
          <w:rFonts w:ascii="Arial" w:hAnsi="Arial" w:cs="Arial"/>
        </w:rPr>
        <w:t>Write or draw a postcard from your dream holiday.</w:t>
      </w:r>
    </w:p>
    <w:p w14:paraId="4BA19118" w14:textId="77777777" w:rsidR="00581468" w:rsidRPr="00B21E58" w:rsidRDefault="00B21E58">
      <w:pPr>
        <w:pStyle w:val="ListBullet"/>
        <w:rPr>
          <w:rFonts w:ascii="Arial" w:hAnsi="Arial" w:cs="Arial"/>
        </w:rPr>
      </w:pPr>
      <w:r w:rsidRPr="00B21E58">
        <w:rPr>
          <w:rFonts w:ascii="Arial" w:hAnsi="Arial" w:cs="Arial"/>
        </w:rPr>
        <w:t>Make a healthy fruit snack with an adult.</w:t>
      </w:r>
    </w:p>
    <w:p w14:paraId="104834B1" w14:textId="77777777" w:rsidR="00581468" w:rsidRPr="00B21E58" w:rsidRDefault="00B21E58">
      <w:pPr>
        <w:pStyle w:val="ListBullet"/>
        <w:rPr>
          <w:rFonts w:ascii="Arial" w:hAnsi="Arial" w:cs="Arial"/>
        </w:rPr>
      </w:pPr>
      <w:r w:rsidRPr="00B21E58">
        <w:rPr>
          <w:rFonts w:ascii="Arial" w:hAnsi="Arial" w:cs="Arial"/>
        </w:rPr>
        <w:t>Complete a jigsaw or play a favourite board game.</w:t>
      </w:r>
    </w:p>
    <w:p w14:paraId="3D1A1E27" w14:textId="77777777" w:rsidR="00581468" w:rsidRPr="00B21E58" w:rsidRDefault="00B21E58">
      <w:pPr>
        <w:pStyle w:val="ListBullet"/>
        <w:rPr>
          <w:rFonts w:ascii="Arial" w:hAnsi="Arial" w:cs="Arial"/>
        </w:rPr>
      </w:pPr>
      <w:r w:rsidRPr="00B21E58">
        <w:rPr>
          <w:rFonts w:ascii="Arial" w:hAnsi="Arial" w:cs="Arial"/>
        </w:rPr>
        <w:t>Blow bubbles outside.</w:t>
      </w:r>
    </w:p>
    <w:p w14:paraId="2E038C52" w14:textId="77777777" w:rsidR="00581468" w:rsidRPr="00B21E58" w:rsidRDefault="00B21E58">
      <w:pPr>
        <w:pStyle w:val="ListBullet"/>
        <w:rPr>
          <w:rFonts w:ascii="Arial" w:hAnsi="Arial" w:cs="Arial"/>
        </w:rPr>
      </w:pPr>
      <w:r w:rsidRPr="00B21E58">
        <w:rPr>
          <w:rFonts w:ascii="Arial" w:hAnsi="Arial" w:cs="Arial"/>
        </w:rPr>
        <w:t>Enjoy supervised water play if appropriate.</w:t>
      </w:r>
    </w:p>
    <w:p w14:paraId="592AEA92" w14:textId="77777777" w:rsidR="00581468" w:rsidRPr="00B21E58" w:rsidRDefault="00B21E58">
      <w:pPr>
        <w:pStyle w:val="ListBullet"/>
        <w:rPr>
          <w:rFonts w:ascii="Arial" w:hAnsi="Arial" w:cs="Arial"/>
        </w:rPr>
      </w:pPr>
      <w:r w:rsidRPr="00B21E58">
        <w:rPr>
          <w:rFonts w:ascii="Arial" w:hAnsi="Arial" w:cs="Arial"/>
        </w:rPr>
        <w:t>Listen to relaxing music while drawing.</w:t>
      </w:r>
    </w:p>
    <w:p w14:paraId="5E75D980" w14:textId="123493A8" w:rsidR="00581468" w:rsidRPr="00B21E58" w:rsidRDefault="00B21E58">
      <w:pPr>
        <w:rPr>
          <w:rFonts w:ascii="Arial" w:hAnsi="Arial" w:cs="Arial"/>
        </w:rPr>
      </w:pPr>
      <w:r w:rsidRPr="00B21E58">
        <w:rPr>
          <w:rFonts w:ascii="Arial" w:hAnsi="Arial" w:cs="Arial"/>
        </w:rPr>
        <w:br/>
        <w:t xml:space="preserve">Please remember to stay hydrated, keep cool and take regular breaks. </w:t>
      </w:r>
    </w:p>
    <w:sectPr w:rsidR="00581468" w:rsidRPr="00B21E5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81468"/>
    <w:rsid w:val="00AA1D8D"/>
    <w:rsid w:val="00B21E58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A8F8C4"/>
  <w14:defaultImageDpi w14:val="300"/>
  <w15:docId w15:val="{B5E89E57-1D9E-4AAC-A9E3-8E03CC8C5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Miss E Baldwin</cp:lastModifiedBy>
  <cp:revision>2</cp:revision>
  <dcterms:created xsi:type="dcterms:W3CDTF">2026-06-25T09:10:00Z</dcterms:created>
  <dcterms:modified xsi:type="dcterms:W3CDTF">2026-06-25T09:10:00Z</dcterms:modified>
  <cp:category/>
</cp:coreProperties>
</file>